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3ED03" w14:textId="77777777" w:rsidR="00CC6478" w:rsidRPr="001C21F8" w:rsidRDefault="00AE5BB9">
      <w:pPr>
        <w:pStyle w:val="Titolo1"/>
        <w:rPr>
          <w:lang w:val="it-IT"/>
        </w:rPr>
      </w:pPr>
      <w:r w:rsidRPr="001C21F8">
        <w:rPr>
          <w:lang w:val="it-IT"/>
        </w:rPr>
        <w:t>IL VILLAGGIO DEL NASTRO ROSA</w:t>
      </w:r>
    </w:p>
    <w:p w14:paraId="58785525" w14:textId="77777777" w:rsidR="00CC6478" w:rsidRPr="001C21F8" w:rsidRDefault="00AE5BB9">
      <w:pPr>
        <w:rPr>
          <w:lang w:val="it-IT"/>
        </w:rPr>
      </w:pPr>
      <w:r w:rsidRPr="001C21F8">
        <w:rPr>
          <w:lang w:val="it-IT"/>
        </w:rPr>
        <w:t>Incontri, cultura, sport e mare all'Isola d'Elba</w:t>
      </w:r>
    </w:p>
    <w:p w14:paraId="1B674A1B" w14:textId="77777777" w:rsidR="00CC6478" w:rsidRPr="001C21F8" w:rsidRDefault="00AE5BB9">
      <w:pPr>
        <w:pStyle w:val="Titolo2"/>
        <w:rPr>
          <w:lang w:val="it-IT"/>
        </w:rPr>
      </w:pPr>
      <w:r w:rsidRPr="001C21F8">
        <w:rPr>
          <w:lang w:val="it-IT"/>
        </w:rPr>
        <w:t>DOMENICA 5 LUGLIO</w:t>
      </w:r>
    </w:p>
    <w:p w14:paraId="6492A33B" w14:textId="77777777" w:rsidR="00CC6478" w:rsidRPr="001C21F8" w:rsidRDefault="00AE5BB9">
      <w:pPr>
        <w:pStyle w:val="Titolo3"/>
        <w:rPr>
          <w:lang w:val="it-IT"/>
        </w:rPr>
      </w:pPr>
      <w:r w:rsidRPr="001C21F8">
        <w:rPr>
          <w:lang w:val="it-IT"/>
        </w:rPr>
        <w:t>18.00 – 19.00 – APERTURA DEL VILLAGGIO E DEGLI STAND</w:t>
      </w:r>
    </w:p>
    <w:p w14:paraId="688CFBD4" w14:textId="77777777" w:rsidR="00CC6478" w:rsidRPr="001C21F8" w:rsidRDefault="00AE5BB9">
      <w:pPr>
        <w:rPr>
          <w:lang w:val="it-IT"/>
        </w:rPr>
      </w:pPr>
      <w:r w:rsidRPr="001C21F8">
        <w:rPr>
          <w:lang w:val="it-IT"/>
        </w:rPr>
        <w:t>Apertura del Villaggio Nastro Rosa Tour e degli spazi espositivi dedicati al pubblico.</w:t>
      </w:r>
    </w:p>
    <w:p w14:paraId="03A5D55A" w14:textId="77777777" w:rsidR="00CC6478" w:rsidRPr="001C21F8" w:rsidRDefault="00AE5BB9">
      <w:pPr>
        <w:pStyle w:val="Titolo3"/>
        <w:rPr>
          <w:lang w:val="it-IT"/>
        </w:rPr>
      </w:pPr>
      <w:r w:rsidRPr="001C21F8">
        <w:rPr>
          <w:lang w:val="it-IT"/>
        </w:rPr>
        <w:t>19.00 – 20.00 – PARCO NAZIONALE ARCIPELAGO TOSCANO</w:t>
      </w:r>
    </w:p>
    <w:p w14:paraId="0BF68F4D" w14:textId="77777777" w:rsidR="00CC6478" w:rsidRPr="001C21F8" w:rsidRDefault="00AE5BB9">
      <w:pPr>
        <w:rPr>
          <w:lang w:val="it-IT"/>
        </w:rPr>
      </w:pPr>
      <w:r w:rsidRPr="001C21F8">
        <w:rPr>
          <w:lang w:val="it-IT"/>
        </w:rPr>
        <w:t>Le attività di ricerca e monitoraggio dell'ambiente marino.</w:t>
      </w:r>
      <w:r w:rsidRPr="001C21F8">
        <w:rPr>
          <w:lang w:val="it-IT"/>
        </w:rPr>
        <w:br/>
      </w:r>
      <w:r w:rsidRPr="001C21F8">
        <w:rPr>
          <w:lang w:val="it-IT"/>
        </w:rPr>
        <w:br/>
        <w:t xml:space="preserve">Incontro a cura del Dott. </w:t>
      </w:r>
      <w:proofErr w:type="spellStart"/>
      <w:r w:rsidRPr="001C21F8">
        <w:rPr>
          <w:lang w:val="it-IT"/>
        </w:rPr>
        <w:t>Forbiconi</w:t>
      </w:r>
      <w:proofErr w:type="spellEnd"/>
      <w:r w:rsidRPr="001C21F8">
        <w:rPr>
          <w:lang w:val="it-IT"/>
        </w:rPr>
        <w:t>, dedicato alla conoscenza, alla tutela e alla valorizzazione del patrimonio naturale dell'Arcipelago Toscano.</w:t>
      </w:r>
    </w:p>
    <w:p w14:paraId="0CE439E5" w14:textId="77777777" w:rsidR="00CC6478" w:rsidRPr="001C21F8" w:rsidRDefault="00AE5BB9">
      <w:pPr>
        <w:pStyle w:val="Titolo3"/>
        <w:rPr>
          <w:lang w:val="it-IT"/>
        </w:rPr>
      </w:pPr>
      <w:r w:rsidRPr="001C21F8">
        <w:rPr>
          <w:lang w:val="it-IT"/>
        </w:rPr>
        <w:t>20.00 – 21.00 – CERIMONIA INAUGURALE DEL VILLAGGIO NASTRO ROSA TOUR</w:t>
      </w:r>
    </w:p>
    <w:p w14:paraId="2A8DAD28" w14:textId="77777777" w:rsidR="00CC6478" w:rsidRPr="001C21F8" w:rsidRDefault="00AE5BB9">
      <w:pPr>
        <w:rPr>
          <w:lang w:val="it-IT"/>
        </w:rPr>
      </w:pPr>
      <w:r w:rsidRPr="001C21F8">
        <w:rPr>
          <w:lang w:val="it-IT"/>
        </w:rPr>
        <w:t>Esibizione del Trio delle Meraviglie.</w:t>
      </w:r>
    </w:p>
    <w:p w14:paraId="18389C65" w14:textId="77777777" w:rsidR="00CC6478" w:rsidRPr="001C21F8" w:rsidRDefault="00AE5BB9">
      <w:pPr>
        <w:pStyle w:val="Titolo4"/>
        <w:rPr>
          <w:lang w:val="it-IT"/>
        </w:rPr>
      </w:pPr>
      <w:r w:rsidRPr="001C21F8">
        <w:rPr>
          <w:lang w:val="it-IT"/>
        </w:rPr>
        <w:t>COMUNE DI PORTOFERRAIO</w:t>
      </w:r>
    </w:p>
    <w:p w14:paraId="4ED47F65" w14:textId="77777777" w:rsidR="00CC6478" w:rsidRPr="001C21F8" w:rsidRDefault="00AE5BB9">
      <w:pPr>
        <w:rPr>
          <w:lang w:val="it-IT"/>
        </w:rPr>
      </w:pPr>
      <w:r w:rsidRPr="001C21F8">
        <w:rPr>
          <w:lang w:val="it-IT"/>
        </w:rPr>
        <w:t>“ELBA, ISOLA EUROPEA DELLO SPORT 2027”</w:t>
      </w:r>
    </w:p>
    <w:p w14:paraId="49282214" w14:textId="77777777" w:rsidR="00CC6478" w:rsidRPr="001C21F8" w:rsidRDefault="00AE5BB9">
      <w:pPr>
        <w:rPr>
          <w:lang w:val="it-IT"/>
        </w:rPr>
      </w:pPr>
      <w:r w:rsidRPr="001C21F8">
        <w:rPr>
          <w:lang w:val="it-IT"/>
        </w:rPr>
        <w:t>Presentazione del progetto dedicato alla valorizzazione dell’isola come destinazione di riferimento per gli sport del mare, le attività outdoor e il turismo sostenibile.</w:t>
      </w:r>
      <w:r w:rsidRPr="001C21F8">
        <w:rPr>
          <w:lang w:val="it-IT"/>
        </w:rPr>
        <w:br/>
      </w:r>
      <w:r w:rsidRPr="001C21F8">
        <w:rPr>
          <w:lang w:val="it-IT"/>
        </w:rPr>
        <w:br/>
        <w:t>• Tiziano Nocentini, Sindaco di Portoferraio</w:t>
      </w:r>
      <w:r w:rsidRPr="001C21F8">
        <w:rPr>
          <w:lang w:val="it-IT"/>
        </w:rPr>
        <w:br/>
        <w:t>• Roberto Manzi, Vicesindaco e Assessore Turismo e Ambiente</w:t>
      </w:r>
      <w:r w:rsidRPr="001C21F8">
        <w:rPr>
          <w:lang w:val="it-IT"/>
        </w:rPr>
        <w:br/>
        <w:t>• Claudia Femia, Assessore ai Lavori Pubblici e Impianti Sportivi</w:t>
      </w:r>
      <w:r w:rsidRPr="001C21F8">
        <w:rPr>
          <w:lang w:val="it-IT"/>
        </w:rPr>
        <w:br/>
      </w:r>
      <w:r w:rsidRPr="001C21F8">
        <w:rPr>
          <w:lang w:val="it-IT"/>
        </w:rPr>
        <w:t>• Rita Bacci, Consigliere Delegato allo Sport</w:t>
      </w:r>
    </w:p>
    <w:p w14:paraId="23B031AF" w14:textId="77777777" w:rsidR="00CC6478" w:rsidRPr="001C21F8" w:rsidRDefault="00AE5BB9">
      <w:pPr>
        <w:pStyle w:val="Titolo3"/>
        <w:rPr>
          <w:lang w:val="it-IT"/>
        </w:rPr>
      </w:pPr>
      <w:r w:rsidRPr="001C21F8">
        <w:rPr>
          <w:lang w:val="it-IT"/>
        </w:rPr>
        <w:t>21.00 – 23.00 – VOLTI E STORIE DELLO SPORT DEL MARE ELBANO</w:t>
      </w:r>
    </w:p>
    <w:p w14:paraId="396EC6F0" w14:textId="77777777" w:rsidR="00CC6478" w:rsidRPr="001C21F8" w:rsidRDefault="00AE5BB9">
      <w:pPr>
        <w:rPr>
          <w:lang w:val="it-IT"/>
        </w:rPr>
      </w:pPr>
      <w:r w:rsidRPr="001C21F8">
        <w:rPr>
          <w:lang w:val="it-IT"/>
        </w:rPr>
        <w:t>Un incontro dedicato ai protagonisti che hanno contribuito a scrivere la storia dello sport e della cultura marinara dell’Isola d’Elba.</w:t>
      </w:r>
      <w:r w:rsidRPr="001C21F8">
        <w:rPr>
          <w:lang w:val="it-IT"/>
        </w:rPr>
        <w:br/>
      </w:r>
      <w:r w:rsidRPr="001C21F8">
        <w:rPr>
          <w:lang w:val="it-IT"/>
        </w:rPr>
        <w:br/>
        <w:t>Intervengono:</w:t>
      </w:r>
      <w:r w:rsidRPr="001C21F8">
        <w:rPr>
          <w:lang w:val="it-IT"/>
        </w:rPr>
        <w:br/>
        <w:t>• Carlo Solari</w:t>
      </w:r>
      <w:r w:rsidRPr="001C21F8">
        <w:rPr>
          <w:lang w:val="it-IT"/>
        </w:rPr>
        <w:br/>
        <w:t>• Carlo Gasparri</w:t>
      </w:r>
      <w:r w:rsidRPr="001C21F8">
        <w:rPr>
          <w:lang w:val="it-IT"/>
        </w:rPr>
        <w:br/>
        <w:t>• Giorgio Giusti</w:t>
      </w:r>
      <w:r w:rsidRPr="001C21F8">
        <w:rPr>
          <w:lang w:val="it-IT"/>
        </w:rPr>
        <w:br/>
        <w:t>• Roberto Ridi</w:t>
      </w:r>
      <w:r w:rsidRPr="001C21F8">
        <w:rPr>
          <w:lang w:val="it-IT"/>
        </w:rPr>
        <w:br/>
        <w:t>• Niccolò Ridi</w:t>
      </w:r>
      <w:r w:rsidRPr="001C21F8">
        <w:rPr>
          <w:lang w:val="it-IT"/>
        </w:rPr>
        <w:br/>
        <w:t>• Renzo Mazzarri</w:t>
      </w:r>
    </w:p>
    <w:p w14:paraId="72C9D057" w14:textId="77777777" w:rsidR="001C21F8" w:rsidRPr="001C21F8" w:rsidRDefault="001C21F8">
      <w:pPr>
        <w:rPr>
          <w:lang w:val="it-IT"/>
        </w:rPr>
      </w:pPr>
    </w:p>
    <w:p w14:paraId="1AA42931" w14:textId="77777777" w:rsidR="001C21F8" w:rsidRPr="001C21F8" w:rsidRDefault="001C21F8" w:rsidP="001C21F8">
      <w:pPr>
        <w:keepNext/>
        <w:keepLines/>
        <w:spacing w:before="200" w:after="0"/>
        <w:outlineLvl w:val="1"/>
        <w:rPr>
          <w:rFonts w:ascii="Calibri" w:eastAsia="MS Gothic" w:hAnsi="Calibri" w:cs="Times New Roman"/>
          <w:b/>
          <w:bCs/>
          <w:color w:val="4F81BD" w:themeColor="accent1"/>
          <w:sz w:val="26"/>
          <w:szCs w:val="26"/>
          <w:lang w:val="it-IT"/>
        </w:rPr>
      </w:pPr>
      <w:r w:rsidRPr="001C21F8">
        <w:rPr>
          <w:rFonts w:ascii="Calibri" w:eastAsia="MS Gothic" w:hAnsi="Calibri" w:cs="Times New Roman"/>
          <w:b/>
          <w:bCs/>
          <w:color w:val="4F81BD" w:themeColor="accent1"/>
          <w:sz w:val="26"/>
          <w:szCs w:val="26"/>
          <w:lang w:val="it-IT"/>
        </w:rPr>
        <w:t>LUNEDÌ 6 LUGLIO</w:t>
      </w:r>
    </w:p>
    <w:p w14:paraId="26CCF9C2" w14:textId="77777777" w:rsidR="001C21F8" w:rsidRPr="001C21F8" w:rsidRDefault="001C21F8" w:rsidP="001C21F8">
      <w:pPr>
        <w:keepNext/>
        <w:keepLines/>
        <w:spacing w:before="200" w:after="0"/>
        <w:outlineLvl w:val="2"/>
        <w:rPr>
          <w:rFonts w:ascii="Calibri" w:eastAsia="MS Gothic" w:hAnsi="Calibri" w:cs="Times New Roman"/>
          <w:b/>
          <w:bCs/>
          <w:color w:val="4F81BD" w:themeColor="accent1"/>
          <w:lang w:val="it-IT"/>
        </w:rPr>
      </w:pPr>
      <w:r w:rsidRPr="001C21F8">
        <w:rPr>
          <w:rFonts w:ascii="Calibri" w:eastAsia="MS Gothic" w:hAnsi="Calibri" w:cs="Times New Roman"/>
          <w:b/>
          <w:bCs/>
          <w:color w:val="4F81BD" w:themeColor="accent1"/>
          <w:lang w:val="it-IT"/>
        </w:rPr>
        <w:t>19.00 – 20.00 – PARCO NAZIONALE ARCIPELAGO TOSCANO</w:t>
      </w:r>
    </w:p>
    <w:p w14:paraId="2096451B" w14:textId="77777777" w:rsidR="001C21F8" w:rsidRPr="001C21F8" w:rsidRDefault="001C21F8" w:rsidP="001C21F8">
      <w:pPr>
        <w:rPr>
          <w:rFonts w:ascii="Cambria" w:eastAsia="MS Mincho" w:hAnsi="Cambria" w:cs="Times New Roman"/>
          <w:lang w:val="it-IT"/>
        </w:rPr>
      </w:pPr>
      <w:r w:rsidRPr="001C21F8">
        <w:rPr>
          <w:rFonts w:ascii="Cambria" w:eastAsia="MS Mincho" w:hAnsi="Cambria" w:cs="Times New Roman"/>
          <w:lang w:val="it-IT"/>
        </w:rPr>
        <w:t>Il Santuario dei Cetacei e la biodiversità del Mediterraneo.</w:t>
      </w:r>
      <w:r w:rsidRPr="001C21F8">
        <w:rPr>
          <w:rFonts w:ascii="Cambria" w:eastAsia="MS Mincho" w:hAnsi="Cambria" w:cs="Times New Roman"/>
          <w:lang w:val="it-IT"/>
        </w:rPr>
        <w:br/>
      </w:r>
      <w:r w:rsidRPr="001C21F8">
        <w:rPr>
          <w:rFonts w:ascii="Cambria" w:eastAsia="MS Mincho" w:hAnsi="Cambria" w:cs="Times New Roman"/>
          <w:lang w:val="it-IT"/>
        </w:rPr>
        <w:br/>
        <w:t>Un incontro dedicato alla conoscenza e alla tutela dei mammiferi marini e degli ecosistemi del Mediterraneo.</w:t>
      </w:r>
      <w:r w:rsidRPr="001C21F8">
        <w:rPr>
          <w:rFonts w:ascii="Cambria" w:eastAsia="MS Mincho" w:hAnsi="Cambria" w:cs="Times New Roman"/>
          <w:lang w:val="it-IT"/>
        </w:rPr>
        <w:br/>
      </w:r>
      <w:r w:rsidRPr="001C21F8">
        <w:rPr>
          <w:rFonts w:ascii="Cambria" w:eastAsia="MS Mincho" w:hAnsi="Cambria" w:cs="Times New Roman"/>
          <w:lang w:val="it-IT"/>
        </w:rPr>
        <w:br/>
        <w:t>Intervengono:</w:t>
      </w:r>
      <w:r w:rsidRPr="001C21F8">
        <w:rPr>
          <w:rFonts w:ascii="Cambria" w:eastAsia="MS Mincho" w:hAnsi="Cambria" w:cs="Times New Roman"/>
          <w:lang w:val="it-IT"/>
        </w:rPr>
        <w:br/>
        <w:t>• Dr.ssa Francesca Giannini (Parco Nazionale Arcipelago Toscano)</w:t>
      </w:r>
      <w:r w:rsidRPr="001C21F8">
        <w:rPr>
          <w:rFonts w:ascii="Cambria" w:eastAsia="MS Mincho" w:hAnsi="Cambria" w:cs="Times New Roman"/>
          <w:lang w:val="it-IT"/>
        </w:rPr>
        <w:br/>
        <w:t>• Prof.ssa Letizia Marsili (Università di Siena)</w:t>
      </w:r>
      <w:r w:rsidRPr="001C21F8">
        <w:rPr>
          <w:rFonts w:ascii="Cambria" w:eastAsia="MS Mincho" w:hAnsi="Cambria" w:cs="Times New Roman"/>
          <w:lang w:val="it-IT"/>
        </w:rPr>
        <w:br/>
        <w:t>• Dr.ssa Anna Fossati (Università di Pisa)</w:t>
      </w:r>
    </w:p>
    <w:p w14:paraId="3FE5F2CA" w14:textId="77777777" w:rsidR="001C21F8" w:rsidRPr="001C21F8" w:rsidRDefault="001C21F8" w:rsidP="001C21F8">
      <w:pPr>
        <w:keepNext/>
        <w:keepLines/>
        <w:spacing w:before="200" w:after="0"/>
        <w:outlineLvl w:val="2"/>
        <w:rPr>
          <w:rFonts w:ascii="Calibri" w:eastAsia="MS Gothic" w:hAnsi="Calibri" w:cs="Times New Roman"/>
          <w:b/>
          <w:bCs/>
          <w:color w:val="4F81BD" w:themeColor="accent1"/>
          <w:lang w:val="it-IT"/>
        </w:rPr>
      </w:pPr>
      <w:r w:rsidRPr="001C21F8">
        <w:rPr>
          <w:rFonts w:ascii="Calibri" w:eastAsia="MS Gothic" w:hAnsi="Calibri" w:cs="Times New Roman"/>
          <w:b/>
          <w:bCs/>
          <w:color w:val="4F81BD" w:themeColor="accent1"/>
          <w:lang w:val="it-IT"/>
        </w:rPr>
        <w:t>20.00 – 21.00 – TIP TAP ONE</w:t>
      </w:r>
    </w:p>
    <w:p w14:paraId="73A006A2" w14:textId="77777777" w:rsidR="001C21F8" w:rsidRPr="001C21F8" w:rsidRDefault="001C21F8" w:rsidP="001C21F8">
      <w:pPr>
        <w:rPr>
          <w:rFonts w:ascii="Cambria" w:eastAsia="MS Mincho" w:hAnsi="Cambria" w:cs="Times New Roman"/>
          <w:lang w:val="it-IT"/>
        </w:rPr>
      </w:pPr>
      <w:r w:rsidRPr="001C21F8">
        <w:rPr>
          <w:rFonts w:ascii="Cambria" w:eastAsia="MS Mincho" w:hAnsi="Cambria" w:cs="Times New Roman"/>
          <w:lang w:val="it-IT"/>
        </w:rPr>
        <w:t>Esibizione dei ballerini Tip Tap One.</w:t>
      </w:r>
      <w:r w:rsidRPr="001C21F8">
        <w:rPr>
          <w:rFonts w:ascii="Cambria" w:eastAsia="MS Mincho" w:hAnsi="Cambria" w:cs="Times New Roman"/>
          <w:lang w:val="it-IT"/>
        </w:rPr>
        <w:br/>
      </w:r>
      <w:r w:rsidRPr="001C21F8">
        <w:rPr>
          <w:rFonts w:ascii="Cambria" w:eastAsia="MS Mincho" w:hAnsi="Cambria" w:cs="Times New Roman"/>
          <w:lang w:val="it-IT"/>
        </w:rPr>
        <w:br/>
        <w:t xml:space="preserve">Performance con i ragazzi di </w:t>
      </w:r>
      <w:proofErr w:type="spellStart"/>
      <w:r w:rsidRPr="001C21F8">
        <w:rPr>
          <w:rFonts w:ascii="Cambria" w:eastAsia="MS Mincho" w:hAnsi="Cambria" w:cs="Times New Roman"/>
          <w:lang w:val="it-IT"/>
        </w:rPr>
        <w:t>Esouda</w:t>
      </w:r>
      <w:proofErr w:type="spellEnd"/>
      <w:r w:rsidRPr="001C21F8">
        <w:rPr>
          <w:rFonts w:ascii="Cambria" w:eastAsia="MS Mincho" w:hAnsi="Cambria" w:cs="Times New Roman"/>
          <w:lang w:val="it-IT"/>
        </w:rPr>
        <w:t xml:space="preserve"> nell'ambito del progetto Vela Solidale e presentazione del progetto </w:t>
      </w:r>
      <w:proofErr w:type="spellStart"/>
      <w:r w:rsidRPr="001C21F8">
        <w:rPr>
          <w:rFonts w:ascii="Cambria" w:eastAsia="MS Mincho" w:hAnsi="Cambria" w:cs="Times New Roman"/>
          <w:lang w:val="it-IT"/>
        </w:rPr>
        <w:t>Marmoletta</w:t>
      </w:r>
      <w:proofErr w:type="spellEnd"/>
      <w:r w:rsidRPr="001C21F8">
        <w:rPr>
          <w:rFonts w:ascii="Cambria" w:eastAsia="MS Mincho" w:hAnsi="Cambria" w:cs="Times New Roman"/>
          <w:lang w:val="it-IT"/>
        </w:rPr>
        <w:t>, in un incontro che unisce danza, inclusione e cultura del mare.</w:t>
      </w:r>
    </w:p>
    <w:p w14:paraId="5D2B75E0" w14:textId="77777777" w:rsidR="001C21F8" w:rsidRPr="001C21F8" w:rsidRDefault="001C21F8" w:rsidP="001C21F8">
      <w:pPr>
        <w:keepNext/>
        <w:keepLines/>
        <w:spacing w:before="200" w:after="0"/>
        <w:outlineLvl w:val="2"/>
        <w:rPr>
          <w:rFonts w:ascii="Calibri" w:eastAsia="MS Gothic" w:hAnsi="Calibri" w:cs="Times New Roman"/>
          <w:b/>
          <w:bCs/>
          <w:color w:val="4F81BD" w:themeColor="accent1"/>
          <w:lang w:val="it-IT"/>
        </w:rPr>
      </w:pPr>
      <w:r w:rsidRPr="001C21F8">
        <w:rPr>
          <w:rFonts w:ascii="Calibri" w:eastAsia="MS Gothic" w:hAnsi="Calibri" w:cs="Times New Roman"/>
          <w:b/>
          <w:bCs/>
          <w:color w:val="4F81BD" w:themeColor="accent1"/>
          <w:lang w:val="it-IT"/>
        </w:rPr>
        <w:t>21.00 – 22.30 – PROGETTO ELBAGLAM E PRODOTTI DEL TERRITORIO</w:t>
      </w:r>
    </w:p>
    <w:p w14:paraId="67560A7C" w14:textId="77777777" w:rsidR="001C21F8" w:rsidRPr="001C21F8" w:rsidRDefault="001C21F8" w:rsidP="001C21F8">
      <w:pPr>
        <w:rPr>
          <w:rFonts w:ascii="Cambria" w:eastAsia="MS Mincho" w:hAnsi="Cambria" w:cs="Times New Roman"/>
          <w:lang w:val="it-IT"/>
        </w:rPr>
      </w:pPr>
      <w:r w:rsidRPr="001C21F8">
        <w:rPr>
          <w:rFonts w:ascii="Cambria" w:eastAsia="MS Mincho" w:hAnsi="Cambria" w:cs="Times New Roman"/>
          <w:lang w:val="it-IT"/>
        </w:rPr>
        <w:t>Imprenditrici Elbane, Made in Elba &amp; Prodotti del Territorio.</w:t>
      </w:r>
      <w:r w:rsidRPr="001C21F8">
        <w:rPr>
          <w:rFonts w:ascii="Cambria" w:eastAsia="MS Mincho" w:hAnsi="Cambria" w:cs="Times New Roman"/>
          <w:lang w:val="it-IT"/>
        </w:rPr>
        <w:br/>
      </w:r>
      <w:r w:rsidRPr="001C21F8">
        <w:rPr>
          <w:rFonts w:ascii="Cambria" w:eastAsia="MS Mincho" w:hAnsi="Cambria" w:cs="Times New Roman"/>
          <w:lang w:val="it-IT"/>
        </w:rPr>
        <w:br/>
        <w:t>Un incontro dedicato alle imprenditrici dell'Isola d'Elba, alla valorizzazione del Made in Elba e delle eccellenze agroalimentari del territorio.</w:t>
      </w:r>
      <w:r w:rsidRPr="001C21F8">
        <w:rPr>
          <w:rFonts w:ascii="Cambria" w:eastAsia="MS Mincho" w:hAnsi="Cambria" w:cs="Times New Roman"/>
          <w:lang w:val="it-IT"/>
        </w:rPr>
        <w:br/>
      </w:r>
      <w:r w:rsidRPr="001C21F8">
        <w:rPr>
          <w:rFonts w:ascii="Cambria" w:eastAsia="MS Mincho" w:hAnsi="Cambria" w:cs="Times New Roman"/>
          <w:lang w:val="it-IT"/>
        </w:rPr>
        <w:br/>
        <w:t>Intervengono:</w:t>
      </w:r>
      <w:r w:rsidRPr="001C21F8">
        <w:rPr>
          <w:rFonts w:ascii="Cambria" w:eastAsia="MS Mincho" w:hAnsi="Cambria" w:cs="Times New Roman"/>
          <w:lang w:val="it-IT"/>
        </w:rPr>
        <w:br/>
        <w:t xml:space="preserve">• Dott.ssa Giorgia Baldesi – </w:t>
      </w:r>
      <w:proofErr w:type="spellStart"/>
      <w:r w:rsidRPr="001C21F8">
        <w:rPr>
          <w:rFonts w:ascii="Cambria" w:eastAsia="MS Mincho" w:hAnsi="Cambria" w:cs="Times New Roman"/>
          <w:lang w:val="it-IT"/>
        </w:rPr>
        <w:t>Alnetum</w:t>
      </w:r>
      <w:proofErr w:type="spellEnd"/>
      <w:r w:rsidRPr="001C21F8">
        <w:rPr>
          <w:rFonts w:ascii="Cambria" w:eastAsia="MS Mincho" w:hAnsi="Cambria" w:cs="Times New Roman"/>
          <w:lang w:val="it-IT"/>
        </w:rPr>
        <w:t xml:space="preserve"> Studio Agronomico – Produttori agroalimentari tipici dell'Isola d'Elba</w:t>
      </w:r>
      <w:r w:rsidRPr="001C21F8">
        <w:rPr>
          <w:rFonts w:ascii="Cambria" w:eastAsia="MS Mincho" w:hAnsi="Cambria" w:cs="Times New Roman"/>
          <w:lang w:val="it-IT"/>
        </w:rPr>
        <w:br/>
        <w:t>• Rappresentanti del Progetto Elba Glam</w:t>
      </w:r>
    </w:p>
    <w:p w14:paraId="6ADD1767" w14:textId="77777777" w:rsidR="001C21F8" w:rsidRPr="001C21F8" w:rsidRDefault="001C21F8" w:rsidP="001C21F8">
      <w:pPr>
        <w:keepNext/>
        <w:keepLines/>
        <w:spacing w:before="200" w:after="0"/>
        <w:outlineLvl w:val="2"/>
        <w:rPr>
          <w:rFonts w:ascii="Calibri" w:eastAsia="MS Gothic" w:hAnsi="Calibri" w:cs="Times New Roman"/>
          <w:b/>
          <w:bCs/>
          <w:color w:val="4F81BD" w:themeColor="accent1"/>
          <w:lang w:val="it-IT"/>
        </w:rPr>
      </w:pPr>
      <w:r w:rsidRPr="001C21F8">
        <w:rPr>
          <w:rFonts w:ascii="Calibri" w:eastAsia="MS Gothic" w:hAnsi="Calibri" w:cs="Times New Roman"/>
          <w:b/>
          <w:bCs/>
          <w:color w:val="4F81BD" w:themeColor="accent1"/>
          <w:lang w:val="it-IT"/>
        </w:rPr>
        <w:t>21.00 – 22.30 – ACQUA DELL'ELBA E LA VIA DELLE ESSENZE</w:t>
      </w:r>
    </w:p>
    <w:p w14:paraId="3ED7BAE3" w14:textId="77777777" w:rsidR="001C21F8" w:rsidRPr="001C21F8" w:rsidRDefault="001C21F8" w:rsidP="001C21F8">
      <w:pPr>
        <w:rPr>
          <w:rFonts w:ascii="Cambria" w:eastAsia="MS Mincho" w:hAnsi="Cambria" w:cs="Times New Roman"/>
          <w:lang w:val="it-IT"/>
        </w:rPr>
      </w:pPr>
      <w:r w:rsidRPr="001C21F8">
        <w:rPr>
          <w:rFonts w:ascii="Cambria" w:eastAsia="MS Mincho" w:hAnsi="Cambria" w:cs="Times New Roman"/>
          <w:lang w:val="it-IT"/>
        </w:rPr>
        <w:t>Presentazione del progetto realizzato in collaborazione con il Parco Nazionale Arcipelago Toscano e della tavola della Fondazione Acqua dell'Elba, a favore del territorio, attraverso iniziative dedicate alla tutela dell'ambiente, alla cultura del mare e alla valorizzazione dell'identità dell'Isola d'Elba.</w:t>
      </w:r>
    </w:p>
    <w:p w14:paraId="3BBDB886" w14:textId="77777777" w:rsidR="00BD0EA1" w:rsidRDefault="00BD0EA1" w:rsidP="001C21F8">
      <w:pPr>
        <w:keepNext/>
        <w:keepLines/>
        <w:spacing w:before="200" w:after="0"/>
        <w:outlineLvl w:val="2"/>
        <w:rPr>
          <w:rFonts w:ascii="Calibri" w:eastAsia="MS Gothic" w:hAnsi="Calibri" w:cs="Times New Roman"/>
          <w:b/>
          <w:bCs/>
          <w:color w:val="4F81BD" w:themeColor="accent1"/>
          <w:lang w:val="it-IT"/>
        </w:rPr>
      </w:pPr>
    </w:p>
    <w:p w14:paraId="752962AA" w14:textId="66007CB9" w:rsidR="001C21F8" w:rsidRPr="001C21F8" w:rsidRDefault="001C21F8" w:rsidP="001C21F8">
      <w:pPr>
        <w:keepNext/>
        <w:keepLines/>
        <w:spacing w:before="200" w:after="0"/>
        <w:outlineLvl w:val="2"/>
        <w:rPr>
          <w:rFonts w:ascii="Calibri" w:eastAsia="MS Gothic" w:hAnsi="Calibri" w:cs="Times New Roman"/>
          <w:b/>
          <w:bCs/>
          <w:color w:val="4F81BD" w:themeColor="accent1"/>
          <w:lang w:val="it-IT"/>
        </w:rPr>
      </w:pPr>
      <w:r w:rsidRPr="001C21F8">
        <w:rPr>
          <w:rFonts w:ascii="Calibri" w:eastAsia="MS Gothic" w:hAnsi="Calibri" w:cs="Times New Roman"/>
          <w:b/>
          <w:bCs/>
          <w:color w:val="4F81BD" w:themeColor="accent1"/>
          <w:lang w:val="it-IT"/>
        </w:rPr>
        <w:t>22.30 – 23.30 – LOCMAN E MARINA MILITARE ITALIANA</w:t>
      </w:r>
    </w:p>
    <w:p w14:paraId="4FBB098B" w14:textId="77777777" w:rsidR="001C21F8" w:rsidRPr="001C21F8" w:rsidRDefault="001C21F8" w:rsidP="001C21F8">
      <w:pPr>
        <w:rPr>
          <w:rFonts w:ascii="Cambria" w:eastAsia="MS Mincho" w:hAnsi="Cambria" w:cs="Times New Roman"/>
          <w:lang w:val="it-IT"/>
        </w:rPr>
      </w:pPr>
      <w:r w:rsidRPr="001C21F8">
        <w:rPr>
          <w:rFonts w:ascii="Cambria" w:eastAsia="MS Mincho" w:hAnsi="Cambria" w:cs="Times New Roman"/>
          <w:lang w:val="it-IT"/>
        </w:rPr>
        <w:t>Un incontro dedicato ai 40 anni di Locman, eccellenza imprenditoriale dell'Isola d'Elba, che racconta il proprio percorso di innovazione, design e legame con il mare, insieme alla storica collaborazione con la Marina Militare Italiana.</w:t>
      </w:r>
    </w:p>
    <w:p w14:paraId="556A0804" w14:textId="77777777" w:rsidR="001C21F8" w:rsidRPr="001C21F8" w:rsidRDefault="001C21F8" w:rsidP="001C21F8">
      <w:pPr>
        <w:keepNext/>
        <w:keepLines/>
        <w:spacing w:before="200" w:after="0"/>
        <w:outlineLvl w:val="2"/>
        <w:rPr>
          <w:rFonts w:ascii="Calibri" w:eastAsia="MS Gothic" w:hAnsi="Calibri" w:cs="Times New Roman"/>
          <w:b/>
          <w:bCs/>
          <w:color w:val="4F81BD" w:themeColor="accent1"/>
          <w:lang w:val="it-IT"/>
        </w:rPr>
      </w:pPr>
      <w:r w:rsidRPr="001C21F8">
        <w:rPr>
          <w:rFonts w:ascii="Calibri" w:eastAsia="MS Gothic" w:hAnsi="Calibri" w:cs="Times New Roman"/>
          <w:b/>
          <w:bCs/>
          <w:color w:val="4F81BD" w:themeColor="accent1"/>
          <w:lang w:val="it-IT"/>
        </w:rPr>
        <w:t>22.30 – 23.30 – CINEMA SOTTO LE STELLE</w:t>
      </w:r>
    </w:p>
    <w:p w14:paraId="5FC25838" w14:textId="77777777" w:rsidR="001C21F8" w:rsidRPr="001C21F8" w:rsidRDefault="001C21F8" w:rsidP="001C21F8">
      <w:pPr>
        <w:rPr>
          <w:rFonts w:ascii="Cambria" w:eastAsia="MS Mincho" w:hAnsi="Cambria" w:cs="Times New Roman"/>
          <w:lang w:val="it-IT"/>
        </w:rPr>
      </w:pPr>
      <w:r w:rsidRPr="001C21F8">
        <w:rPr>
          <w:rFonts w:ascii="Cambria" w:eastAsia="MS Mincho" w:hAnsi="Cambria" w:cs="Times New Roman"/>
          <w:lang w:val="it-IT"/>
        </w:rPr>
        <w:t>Proiezione cinematografica a cura della Marina Militare.</w:t>
      </w:r>
    </w:p>
    <w:p w14:paraId="3EA8D523" w14:textId="77777777" w:rsidR="00BD0EA1" w:rsidRDefault="00BD0EA1" w:rsidP="001C21F8">
      <w:pPr>
        <w:rPr>
          <w:lang w:val="it-IT"/>
        </w:rPr>
      </w:pPr>
    </w:p>
    <w:p w14:paraId="54188203" w14:textId="77777777" w:rsidR="001C21F8" w:rsidRPr="001C21F8" w:rsidRDefault="001C21F8" w:rsidP="001C21F8">
      <w:pPr>
        <w:keepNext/>
        <w:keepLines/>
        <w:spacing w:before="200" w:after="0"/>
        <w:outlineLvl w:val="1"/>
        <w:rPr>
          <w:rFonts w:ascii="Calibri" w:eastAsia="MS Gothic" w:hAnsi="Calibri" w:cs="Times New Roman"/>
          <w:b/>
          <w:bCs/>
          <w:color w:val="4F81BD" w:themeColor="accent1"/>
          <w:sz w:val="26"/>
          <w:szCs w:val="26"/>
          <w:lang w:val="it-IT"/>
        </w:rPr>
      </w:pPr>
      <w:r w:rsidRPr="001C21F8">
        <w:rPr>
          <w:rFonts w:ascii="Calibri" w:eastAsia="MS Gothic" w:hAnsi="Calibri" w:cs="Times New Roman"/>
          <w:b/>
          <w:bCs/>
          <w:color w:val="4F81BD" w:themeColor="accent1"/>
          <w:sz w:val="26"/>
          <w:szCs w:val="26"/>
          <w:lang w:val="it-IT"/>
        </w:rPr>
        <w:t>MARTEDÌ 7 LUGLIO</w:t>
      </w:r>
    </w:p>
    <w:p w14:paraId="4B4094B7" w14:textId="77777777" w:rsidR="001C21F8" w:rsidRPr="001C21F8" w:rsidRDefault="001C21F8" w:rsidP="001C21F8">
      <w:pPr>
        <w:keepNext/>
        <w:keepLines/>
        <w:spacing w:before="200" w:after="0"/>
        <w:outlineLvl w:val="2"/>
        <w:rPr>
          <w:rFonts w:ascii="Calibri" w:eastAsia="MS Gothic" w:hAnsi="Calibri" w:cs="Times New Roman"/>
          <w:b/>
          <w:bCs/>
          <w:color w:val="4F81BD" w:themeColor="accent1"/>
          <w:lang w:val="it-IT"/>
        </w:rPr>
      </w:pPr>
      <w:r w:rsidRPr="001C21F8">
        <w:rPr>
          <w:rFonts w:ascii="Calibri" w:eastAsia="MS Gothic" w:hAnsi="Calibri" w:cs="Times New Roman"/>
          <w:b/>
          <w:bCs/>
          <w:color w:val="4F81BD" w:themeColor="accent1"/>
          <w:lang w:val="it-IT"/>
        </w:rPr>
        <w:t>19.00 – 20.00 – COSIMO I E LA NASCITA DI COSMOPOLI</w:t>
      </w:r>
      <w:r w:rsidRPr="001C21F8">
        <w:rPr>
          <w:rFonts w:ascii="Calibri" w:eastAsia="MS Gothic" w:hAnsi="Calibri" w:cs="Times New Roman"/>
          <w:b/>
          <w:bCs/>
          <w:color w:val="4F81BD" w:themeColor="accent1"/>
          <w:lang w:val="it-IT"/>
        </w:rPr>
        <w:br/>
        <w:t>LA BATTAGLIA NEL CANALE DI PIOMBINO DEL 1675</w:t>
      </w:r>
    </w:p>
    <w:p w14:paraId="07961257" w14:textId="77777777" w:rsidR="001C21F8" w:rsidRPr="001C21F8" w:rsidRDefault="001C21F8" w:rsidP="001C21F8">
      <w:pPr>
        <w:rPr>
          <w:rFonts w:ascii="Cambria" w:eastAsia="MS Mincho" w:hAnsi="Cambria" w:cs="Times New Roman"/>
          <w:lang w:val="it-IT"/>
        </w:rPr>
      </w:pPr>
      <w:r w:rsidRPr="001C21F8">
        <w:rPr>
          <w:rFonts w:ascii="Cambria" w:eastAsia="MS Mincho" w:hAnsi="Cambria" w:cs="Times New Roman"/>
          <w:lang w:val="it-IT"/>
        </w:rPr>
        <w:t>Conferenza a cura dell'Arch. Alessandro Pastorelli.</w:t>
      </w:r>
      <w:r w:rsidRPr="001C21F8">
        <w:rPr>
          <w:rFonts w:ascii="Cambria" w:eastAsia="MS Mincho" w:hAnsi="Cambria" w:cs="Times New Roman"/>
          <w:lang w:val="it-IT"/>
        </w:rPr>
        <w:br/>
      </w:r>
      <w:r w:rsidRPr="001C21F8">
        <w:rPr>
          <w:rFonts w:ascii="Cambria" w:eastAsia="MS Mincho" w:hAnsi="Cambria" w:cs="Times New Roman"/>
          <w:lang w:val="it-IT"/>
        </w:rPr>
        <w:br/>
        <w:t>Conferenza a cura del Gr. Uff. Prof. Marco Gemignani</w:t>
      </w:r>
      <w:r w:rsidRPr="001C21F8">
        <w:rPr>
          <w:rFonts w:ascii="Cambria" w:eastAsia="MS Mincho" w:hAnsi="Cambria" w:cs="Times New Roman"/>
          <w:lang w:val="it-IT"/>
        </w:rPr>
        <w:br/>
        <w:t>Presidente dell'Accademia di Marina dei Cavalieri di Santo Stefano.</w:t>
      </w:r>
      <w:r w:rsidRPr="001C21F8">
        <w:rPr>
          <w:rFonts w:ascii="Cambria" w:eastAsia="MS Mincho" w:hAnsi="Cambria" w:cs="Times New Roman"/>
          <w:lang w:val="it-IT"/>
        </w:rPr>
        <w:br/>
      </w:r>
      <w:r w:rsidRPr="001C21F8">
        <w:rPr>
          <w:rFonts w:ascii="Cambria" w:eastAsia="MS Mincho" w:hAnsi="Cambria" w:cs="Times New Roman"/>
          <w:lang w:val="it-IT"/>
        </w:rPr>
        <w:br/>
        <w:t>Saluti del Gr. Uff. Dott. Umberto Menicucci Ascani,</w:t>
      </w:r>
      <w:r w:rsidRPr="001C21F8">
        <w:rPr>
          <w:rFonts w:ascii="Cambria" w:eastAsia="MS Mincho" w:hAnsi="Cambria" w:cs="Times New Roman"/>
          <w:lang w:val="it-IT"/>
        </w:rPr>
        <w:br/>
        <w:t>Presidente dell'Istituzione dei Cavalieri di Santo Stefano.</w:t>
      </w:r>
      <w:r w:rsidRPr="001C21F8">
        <w:rPr>
          <w:rFonts w:ascii="Cambria" w:eastAsia="MS Mincho" w:hAnsi="Cambria" w:cs="Times New Roman"/>
          <w:lang w:val="it-IT"/>
        </w:rPr>
        <w:br/>
      </w:r>
      <w:r w:rsidRPr="001C21F8">
        <w:rPr>
          <w:rFonts w:ascii="Cambria" w:eastAsia="MS Mincho" w:hAnsi="Cambria" w:cs="Times New Roman"/>
          <w:lang w:val="it-IT"/>
        </w:rPr>
        <w:br/>
        <w:t>Modera il Dott. Giorgio Cuneo,</w:t>
      </w:r>
      <w:r w:rsidRPr="001C21F8">
        <w:rPr>
          <w:rFonts w:ascii="Cambria" w:eastAsia="MS Mincho" w:hAnsi="Cambria" w:cs="Times New Roman"/>
          <w:lang w:val="it-IT"/>
        </w:rPr>
        <w:br/>
        <w:t>Presidente vicario dell'Istituzione dei Cavalieri di Santo Stefano.</w:t>
      </w:r>
    </w:p>
    <w:p w14:paraId="234A4FA0" w14:textId="77777777" w:rsidR="001C21F8" w:rsidRPr="001C21F8" w:rsidRDefault="001C21F8" w:rsidP="001C21F8">
      <w:pPr>
        <w:keepNext/>
        <w:keepLines/>
        <w:spacing w:before="200" w:after="0"/>
        <w:outlineLvl w:val="2"/>
        <w:rPr>
          <w:rFonts w:ascii="Calibri" w:eastAsia="MS Gothic" w:hAnsi="Calibri" w:cs="Times New Roman"/>
          <w:b/>
          <w:bCs/>
          <w:color w:val="4F81BD" w:themeColor="accent1"/>
          <w:lang w:val="it-IT"/>
        </w:rPr>
      </w:pPr>
      <w:r w:rsidRPr="001C21F8">
        <w:rPr>
          <w:rFonts w:ascii="Calibri" w:eastAsia="MS Gothic" w:hAnsi="Calibri" w:cs="Times New Roman"/>
          <w:b/>
          <w:bCs/>
          <w:color w:val="4F81BD" w:themeColor="accent1"/>
          <w:lang w:val="it-IT"/>
        </w:rPr>
        <w:t>20.00 – 21.00 – INAUGURAZIONE DELLA MOSTRA DI MODELLISMO NAVALE</w:t>
      </w:r>
    </w:p>
    <w:p w14:paraId="74DD738E" w14:textId="77777777" w:rsidR="001C21F8" w:rsidRPr="001C21F8" w:rsidRDefault="001C21F8" w:rsidP="001C21F8">
      <w:pPr>
        <w:rPr>
          <w:rFonts w:ascii="Cambria" w:eastAsia="MS Mincho" w:hAnsi="Cambria" w:cs="Times New Roman"/>
          <w:lang w:val="it-IT"/>
        </w:rPr>
      </w:pPr>
      <w:r w:rsidRPr="001C21F8">
        <w:rPr>
          <w:rFonts w:ascii="Cambria" w:eastAsia="MS Mincho" w:hAnsi="Cambria" w:cs="Times New Roman"/>
          <w:lang w:val="it-IT"/>
        </w:rPr>
        <w:t>A cura dell'Associazione Nazionale Marinai d'Italia – Sezione di Portoferraio, in collaborazione con la Capitaneria di Porto di Portoferraio.</w:t>
      </w:r>
      <w:r w:rsidRPr="001C21F8">
        <w:rPr>
          <w:rFonts w:ascii="Cambria" w:eastAsia="MS Mincho" w:hAnsi="Cambria" w:cs="Times New Roman"/>
          <w:lang w:val="it-IT"/>
        </w:rPr>
        <w:br/>
      </w:r>
      <w:r w:rsidRPr="001C21F8">
        <w:rPr>
          <w:rFonts w:ascii="Cambria" w:eastAsia="MS Mincho" w:hAnsi="Cambria" w:cs="Times New Roman"/>
          <w:lang w:val="it-IT"/>
        </w:rPr>
        <w:br/>
        <w:t>Il taglio del nastro sarà effettuato dal Comandante CF (CP) Antonio Sogno e dal Sindaco di Portoferraio Tiziano Nocentini, dal Presidente dell'A.N.M.I. Gruppo G. Barbera Dott. Giorgio Cuneo.</w:t>
      </w:r>
    </w:p>
    <w:p w14:paraId="6EA704E5" w14:textId="77777777" w:rsidR="001C21F8" w:rsidRPr="001C21F8" w:rsidRDefault="001C21F8" w:rsidP="001C21F8">
      <w:pPr>
        <w:keepNext/>
        <w:keepLines/>
        <w:spacing w:before="200" w:after="0"/>
        <w:outlineLvl w:val="2"/>
        <w:rPr>
          <w:rFonts w:ascii="Calibri" w:eastAsia="MS Gothic" w:hAnsi="Calibri" w:cs="Times New Roman"/>
          <w:b/>
          <w:bCs/>
          <w:color w:val="4F81BD" w:themeColor="accent1"/>
          <w:lang w:val="it-IT"/>
        </w:rPr>
      </w:pPr>
      <w:r w:rsidRPr="001C21F8">
        <w:rPr>
          <w:rFonts w:ascii="Calibri" w:eastAsia="MS Gothic" w:hAnsi="Calibri" w:cs="Times New Roman"/>
          <w:b/>
          <w:bCs/>
          <w:color w:val="4F81BD" w:themeColor="accent1"/>
          <w:lang w:val="it-IT"/>
        </w:rPr>
        <w:t>20.00 – 21.00 – 30 ANNI DEL PARCO NAZIONALE ARCIPELAGO TOSCANO</w:t>
      </w:r>
    </w:p>
    <w:p w14:paraId="1873BE34" w14:textId="77777777" w:rsidR="001C21F8" w:rsidRPr="001C21F8" w:rsidRDefault="001C21F8" w:rsidP="001C21F8">
      <w:pPr>
        <w:rPr>
          <w:rFonts w:ascii="Cambria" w:eastAsia="MS Mincho" w:hAnsi="Cambria" w:cs="Times New Roman"/>
          <w:lang w:val="it-IT"/>
        </w:rPr>
      </w:pPr>
      <w:r w:rsidRPr="001C21F8">
        <w:rPr>
          <w:rFonts w:ascii="Cambria" w:eastAsia="MS Mincho" w:hAnsi="Cambria" w:cs="Times New Roman"/>
          <w:lang w:val="it-IT"/>
        </w:rPr>
        <w:t>Un incontro istituzionale per celebrare trent'anni di tutela, ricerca e valorizzazione del patrimonio naturale dell'Arcipelago Toscano.</w:t>
      </w:r>
      <w:r w:rsidRPr="001C21F8">
        <w:rPr>
          <w:rFonts w:ascii="Cambria" w:eastAsia="MS Mincho" w:hAnsi="Cambria" w:cs="Times New Roman"/>
          <w:lang w:val="it-IT"/>
        </w:rPr>
        <w:br/>
      </w:r>
      <w:r w:rsidRPr="001C21F8">
        <w:rPr>
          <w:rFonts w:ascii="Cambria" w:eastAsia="MS Mincho" w:hAnsi="Cambria" w:cs="Times New Roman"/>
          <w:lang w:val="it-IT"/>
        </w:rPr>
        <w:br/>
        <w:t xml:space="preserve">Intervengono il Presidente del Parco, Matteo Arcenni, e i </w:t>
      </w:r>
      <w:proofErr w:type="spellStart"/>
      <w:r w:rsidRPr="001C21F8">
        <w:rPr>
          <w:rFonts w:ascii="Cambria" w:eastAsia="MS Mincho" w:hAnsi="Cambria" w:cs="Times New Roman"/>
          <w:lang w:val="it-IT"/>
        </w:rPr>
        <w:t>past</w:t>
      </w:r>
      <w:proofErr w:type="spellEnd"/>
      <w:r w:rsidRPr="001C21F8">
        <w:rPr>
          <w:rFonts w:ascii="Cambria" w:eastAsia="MS Mincho" w:hAnsi="Cambria" w:cs="Times New Roman"/>
          <w:lang w:val="it-IT"/>
        </w:rPr>
        <w:t xml:space="preserve"> </w:t>
      </w:r>
      <w:proofErr w:type="spellStart"/>
      <w:r w:rsidRPr="001C21F8">
        <w:rPr>
          <w:rFonts w:ascii="Cambria" w:eastAsia="MS Mincho" w:hAnsi="Cambria" w:cs="Times New Roman"/>
          <w:lang w:val="it-IT"/>
        </w:rPr>
        <w:t>president</w:t>
      </w:r>
      <w:proofErr w:type="spellEnd"/>
      <w:r w:rsidRPr="001C21F8">
        <w:rPr>
          <w:rFonts w:ascii="Cambria" w:eastAsia="MS Mincho" w:hAnsi="Cambria" w:cs="Times New Roman"/>
          <w:lang w:val="it-IT"/>
        </w:rPr>
        <w:t>.</w:t>
      </w:r>
    </w:p>
    <w:p w14:paraId="179AEC20" w14:textId="77777777" w:rsidR="00BD0EA1" w:rsidRDefault="00BD0EA1" w:rsidP="001C21F8">
      <w:pPr>
        <w:keepNext/>
        <w:keepLines/>
        <w:spacing w:before="200" w:after="0"/>
        <w:outlineLvl w:val="2"/>
        <w:rPr>
          <w:rFonts w:ascii="Calibri" w:eastAsia="MS Gothic" w:hAnsi="Calibri" w:cs="Times New Roman"/>
          <w:b/>
          <w:bCs/>
          <w:color w:val="4F81BD" w:themeColor="accent1"/>
          <w:lang w:val="it-IT"/>
        </w:rPr>
      </w:pPr>
    </w:p>
    <w:p w14:paraId="2B5491DB" w14:textId="785CB50F" w:rsidR="001C21F8" w:rsidRPr="001C21F8" w:rsidRDefault="001C21F8" w:rsidP="001C21F8">
      <w:pPr>
        <w:keepNext/>
        <w:keepLines/>
        <w:spacing w:before="200" w:after="0"/>
        <w:outlineLvl w:val="2"/>
        <w:rPr>
          <w:rFonts w:ascii="Calibri" w:eastAsia="MS Gothic" w:hAnsi="Calibri" w:cs="Times New Roman"/>
          <w:b/>
          <w:bCs/>
          <w:color w:val="4F81BD" w:themeColor="accent1"/>
          <w:lang w:val="it-IT"/>
        </w:rPr>
      </w:pPr>
      <w:r w:rsidRPr="001C21F8">
        <w:rPr>
          <w:rFonts w:ascii="Calibri" w:eastAsia="MS Gothic" w:hAnsi="Calibri" w:cs="Times New Roman"/>
          <w:b/>
          <w:bCs/>
          <w:color w:val="4F81BD" w:themeColor="accent1"/>
          <w:lang w:val="it-IT"/>
        </w:rPr>
        <w:t>21.00 – 23.00 – MARINE E PORTI TURISTICI</w:t>
      </w:r>
      <w:r w:rsidRPr="001C21F8">
        <w:rPr>
          <w:rFonts w:ascii="Calibri" w:eastAsia="MS Gothic" w:hAnsi="Calibri" w:cs="Times New Roman"/>
          <w:b/>
          <w:bCs/>
          <w:color w:val="4F81BD" w:themeColor="accent1"/>
          <w:lang w:val="it-IT"/>
        </w:rPr>
        <w:br/>
        <w:t>Sviluppo, sostenibilità e territorio</w:t>
      </w:r>
    </w:p>
    <w:p w14:paraId="666C448A" w14:textId="77777777" w:rsidR="001C21F8" w:rsidRDefault="001C21F8" w:rsidP="001C21F8">
      <w:pPr>
        <w:rPr>
          <w:rFonts w:ascii="Cambria" w:eastAsia="MS Mincho" w:hAnsi="Cambria" w:cs="Times New Roman"/>
          <w:lang w:val="it-IT"/>
        </w:rPr>
      </w:pPr>
      <w:r w:rsidRPr="001C21F8">
        <w:rPr>
          <w:rFonts w:ascii="Cambria" w:eastAsia="MS Mincho" w:hAnsi="Cambria" w:cs="Times New Roman"/>
          <w:lang w:val="it-IT"/>
        </w:rPr>
        <w:t>Un incontro dedicato al ruolo delle marine e dei porti turistici nello sviluppo sostenibile dei territori costieri e nella valorizzazione dell'economia del mare.</w:t>
      </w:r>
      <w:r w:rsidRPr="001C21F8">
        <w:rPr>
          <w:rFonts w:ascii="Cambria" w:eastAsia="MS Mincho" w:hAnsi="Cambria" w:cs="Times New Roman"/>
          <w:lang w:val="it-IT"/>
        </w:rPr>
        <w:br/>
      </w:r>
      <w:r w:rsidRPr="001C21F8">
        <w:rPr>
          <w:rFonts w:ascii="Cambria" w:eastAsia="MS Mincho" w:hAnsi="Cambria" w:cs="Times New Roman"/>
          <w:lang w:val="it-IT"/>
        </w:rPr>
        <w:br/>
        <w:t>Intervengono:</w:t>
      </w:r>
      <w:r w:rsidRPr="001C21F8">
        <w:rPr>
          <w:rFonts w:ascii="Cambria" w:eastAsia="MS Mincho" w:hAnsi="Cambria" w:cs="Times New Roman"/>
          <w:lang w:val="it-IT"/>
        </w:rPr>
        <w:br/>
        <w:t xml:space="preserve">• Dr. Roberto Perocchio (Presidente Nazionale di </w:t>
      </w:r>
      <w:proofErr w:type="spellStart"/>
      <w:r w:rsidRPr="001C21F8">
        <w:rPr>
          <w:rFonts w:ascii="Cambria" w:eastAsia="MS Mincho" w:hAnsi="Cambria" w:cs="Times New Roman"/>
          <w:lang w:val="it-IT"/>
        </w:rPr>
        <w:t>Assomarinas</w:t>
      </w:r>
      <w:proofErr w:type="spellEnd"/>
      <w:r w:rsidRPr="001C21F8">
        <w:rPr>
          <w:rFonts w:ascii="Cambria" w:eastAsia="MS Mincho" w:hAnsi="Cambria" w:cs="Times New Roman"/>
          <w:lang w:val="it-IT"/>
        </w:rPr>
        <w:t>)</w:t>
      </w:r>
      <w:r w:rsidRPr="001C21F8">
        <w:rPr>
          <w:rFonts w:ascii="Cambria" w:eastAsia="MS Mincho" w:hAnsi="Cambria" w:cs="Times New Roman"/>
          <w:lang w:val="it-IT"/>
        </w:rPr>
        <w:br/>
        <w:t>• Dr. Matteo Arcenni (Presidente del Parco Nazionale dell'Arcipelago Toscano)</w:t>
      </w:r>
      <w:r w:rsidRPr="001C21F8">
        <w:rPr>
          <w:rFonts w:ascii="Cambria" w:eastAsia="MS Mincho" w:hAnsi="Cambria" w:cs="Times New Roman"/>
          <w:lang w:val="it-IT"/>
        </w:rPr>
        <w:br/>
        <w:t xml:space="preserve">• Dr.ssa Antonella Querci (Dirigente Direzione Sviluppo </w:t>
      </w:r>
      <w:proofErr w:type="spellStart"/>
      <w:r w:rsidRPr="001C21F8">
        <w:rPr>
          <w:rFonts w:ascii="Cambria" w:eastAsia="MS Mincho" w:hAnsi="Cambria" w:cs="Times New Roman"/>
          <w:lang w:val="it-IT"/>
        </w:rPr>
        <w:t>dell'AdSP</w:t>
      </w:r>
      <w:proofErr w:type="spellEnd"/>
      <w:r w:rsidRPr="001C21F8">
        <w:rPr>
          <w:rFonts w:ascii="Cambria" w:eastAsia="MS Mincho" w:hAnsi="Cambria" w:cs="Times New Roman"/>
          <w:lang w:val="it-IT"/>
        </w:rPr>
        <w:t xml:space="preserve"> Mar Tirreno Settentrionale)</w:t>
      </w:r>
      <w:r w:rsidRPr="001C21F8">
        <w:rPr>
          <w:rFonts w:ascii="Cambria" w:eastAsia="MS Mincho" w:hAnsi="Cambria" w:cs="Times New Roman"/>
          <w:lang w:val="it-IT"/>
        </w:rPr>
        <w:br/>
        <w:t xml:space="preserve">• Dr.ssa Franca Rosso (Presidente di </w:t>
      </w:r>
      <w:proofErr w:type="spellStart"/>
      <w:r w:rsidRPr="001C21F8">
        <w:rPr>
          <w:rFonts w:ascii="Cambria" w:eastAsia="MS Mincho" w:hAnsi="Cambria" w:cs="Times New Roman"/>
          <w:lang w:val="it-IT"/>
        </w:rPr>
        <w:t>Assocom</w:t>
      </w:r>
      <w:proofErr w:type="spellEnd"/>
      <w:r w:rsidRPr="001C21F8">
        <w:rPr>
          <w:rFonts w:ascii="Cambria" w:eastAsia="MS Mincho" w:hAnsi="Cambria" w:cs="Times New Roman"/>
          <w:lang w:val="it-IT"/>
        </w:rPr>
        <w:t xml:space="preserve"> Elba)</w:t>
      </w:r>
      <w:r w:rsidRPr="001C21F8">
        <w:rPr>
          <w:rFonts w:ascii="Cambria" w:eastAsia="MS Mincho" w:hAnsi="Cambria" w:cs="Times New Roman"/>
          <w:lang w:val="it-IT"/>
        </w:rPr>
        <w:br/>
        <w:t>• Ing. Umberto Buzzoni (Presidente del Coordinamento delle Marine Elbane)</w:t>
      </w:r>
      <w:r w:rsidRPr="001C21F8">
        <w:rPr>
          <w:rFonts w:ascii="Cambria" w:eastAsia="MS Mincho" w:hAnsi="Cambria" w:cs="Times New Roman"/>
          <w:lang w:val="it-IT"/>
        </w:rPr>
        <w:br/>
        <w:t>• Dott. Simone Morganti (Presidente Sezione Nautica Confindustria Toscana Centro e Costa)</w:t>
      </w:r>
      <w:r w:rsidRPr="001C21F8">
        <w:rPr>
          <w:rFonts w:ascii="Cambria" w:eastAsia="MS Mincho" w:hAnsi="Cambria" w:cs="Times New Roman"/>
          <w:lang w:val="it-IT"/>
        </w:rPr>
        <w:br/>
      </w:r>
      <w:r w:rsidRPr="001C21F8">
        <w:rPr>
          <w:rFonts w:ascii="Cambria" w:eastAsia="MS Mincho" w:hAnsi="Cambria" w:cs="Times New Roman"/>
          <w:lang w:val="it-IT"/>
        </w:rPr>
        <w:br/>
        <w:t>Moderatrice:</w:t>
      </w:r>
      <w:r w:rsidRPr="001C21F8">
        <w:rPr>
          <w:rFonts w:ascii="Cambria" w:eastAsia="MS Mincho" w:hAnsi="Cambria" w:cs="Times New Roman"/>
          <w:lang w:val="it-IT"/>
        </w:rPr>
        <w:br/>
        <w:t>Dr.ssa Patrizia Lupi</w:t>
      </w:r>
      <w:r w:rsidRPr="001C21F8">
        <w:rPr>
          <w:rFonts w:ascii="Cambria" w:eastAsia="MS Mincho" w:hAnsi="Cambria" w:cs="Times New Roman"/>
          <w:lang w:val="it-IT"/>
        </w:rPr>
        <w:br/>
        <w:t xml:space="preserve">Direttrice Fondazione Isola d'Elba e Magazine Enjoy Elba &amp; the Tuscan </w:t>
      </w:r>
      <w:proofErr w:type="spellStart"/>
      <w:r w:rsidRPr="001C21F8">
        <w:rPr>
          <w:rFonts w:ascii="Cambria" w:eastAsia="MS Mincho" w:hAnsi="Cambria" w:cs="Times New Roman"/>
          <w:lang w:val="it-IT"/>
        </w:rPr>
        <w:t>Archipelago</w:t>
      </w:r>
      <w:proofErr w:type="spellEnd"/>
    </w:p>
    <w:p w14:paraId="0641E4D4" w14:textId="77777777" w:rsidR="00BD0EA1" w:rsidRDefault="00BD0EA1" w:rsidP="001C21F8">
      <w:pPr>
        <w:rPr>
          <w:rFonts w:ascii="Cambria" w:eastAsia="MS Mincho" w:hAnsi="Cambria" w:cs="Times New Roman"/>
          <w:lang w:val="it-IT"/>
        </w:rPr>
      </w:pPr>
    </w:p>
    <w:p w14:paraId="4D089C47" w14:textId="77777777" w:rsidR="001C21F8" w:rsidRPr="001C21F8" w:rsidRDefault="001C21F8" w:rsidP="001C21F8">
      <w:pPr>
        <w:keepNext/>
        <w:keepLines/>
        <w:spacing w:before="200" w:after="0"/>
        <w:outlineLvl w:val="1"/>
        <w:rPr>
          <w:rFonts w:ascii="Calibri" w:eastAsia="MS Gothic" w:hAnsi="Calibri" w:cs="Times New Roman"/>
          <w:b/>
          <w:bCs/>
          <w:color w:val="4F81BD" w:themeColor="accent1"/>
          <w:sz w:val="26"/>
          <w:szCs w:val="26"/>
          <w:lang w:val="it-IT"/>
        </w:rPr>
      </w:pPr>
      <w:r w:rsidRPr="001C21F8">
        <w:rPr>
          <w:rFonts w:ascii="Calibri" w:eastAsia="MS Gothic" w:hAnsi="Calibri" w:cs="Times New Roman"/>
          <w:b/>
          <w:bCs/>
          <w:color w:val="4F81BD" w:themeColor="accent1"/>
          <w:sz w:val="26"/>
          <w:szCs w:val="26"/>
          <w:lang w:val="it-IT"/>
        </w:rPr>
        <w:t>MERCOLEDÌ 8 LUGLIO</w:t>
      </w:r>
    </w:p>
    <w:p w14:paraId="5E603ED6" w14:textId="77777777" w:rsidR="001C21F8" w:rsidRPr="001C21F8" w:rsidRDefault="001C21F8" w:rsidP="001C21F8">
      <w:pPr>
        <w:keepNext/>
        <w:keepLines/>
        <w:spacing w:before="200" w:after="0"/>
        <w:outlineLvl w:val="2"/>
        <w:rPr>
          <w:rFonts w:ascii="Calibri" w:eastAsia="MS Gothic" w:hAnsi="Calibri" w:cs="Times New Roman"/>
          <w:b/>
          <w:bCs/>
          <w:color w:val="4F81BD" w:themeColor="accent1"/>
          <w:lang w:val="it-IT"/>
        </w:rPr>
      </w:pPr>
      <w:r w:rsidRPr="001C21F8">
        <w:rPr>
          <w:rFonts w:ascii="Calibri" w:eastAsia="MS Gothic" w:hAnsi="Calibri" w:cs="Times New Roman"/>
          <w:b/>
          <w:bCs/>
          <w:color w:val="4F81BD" w:themeColor="accent1"/>
          <w:lang w:val="it-IT"/>
        </w:rPr>
        <w:t>19.00 – 21.00 – FESTA DJ SET</w:t>
      </w:r>
    </w:p>
    <w:p w14:paraId="2D5778ED" w14:textId="77777777" w:rsidR="001C21F8" w:rsidRPr="001C21F8" w:rsidRDefault="001C21F8" w:rsidP="001C21F8">
      <w:pPr>
        <w:rPr>
          <w:rFonts w:ascii="Cambria" w:eastAsia="MS Mincho" w:hAnsi="Cambria" w:cs="Times New Roman"/>
          <w:lang w:val="it-IT"/>
        </w:rPr>
      </w:pPr>
      <w:r w:rsidRPr="001C21F8">
        <w:rPr>
          <w:rFonts w:ascii="Cambria" w:eastAsia="MS Mincho" w:hAnsi="Cambria" w:cs="Times New Roman"/>
          <w:lang w:val="it-IT"/>
        </w:rPr>
        <w:t>Accoglienza delle associazioni sportive dell'Isola d'Elba, aperta a tutta la cittadinanza e ai visitatori, con DJ Set.</w:t>
      </w:r>
      <w:r w:rsidRPr="001C21F8">
        <w:rPr>
          <w:rFonts w:ascii="Cambria" w:eastAsia="MS Mincho" w:hAnsi="Cambria" w:cs="Times New Roman"/>
          <w:lang w:val="it-IT"/>
        </w:rPr>
        <w:br/>
      </w:r>
      <w:r w:rsidRPr="001C21F8">
        <w:rPr>
          <w:rFonts w:ascii="Cambria" w:eastAsia="MS Mincho" w:hAnsi="Cambria" w:cs="Times New Roman"/>
          <w:lang w:val="it-IT"/>
        </w:rPr>
        <w:br/>
        <w:t>A cura di DJ Coco (Cosimo Laveglia).</w:t>
      </w:r>
    </w:p>
    <w:p w14:paraId="0FC6E621" w14:textId="77777777" w:rsidR="001C21F8" w:rsidRPr="001C21F8" w:rsidRDefault="001C21F8" w:rsidP="001C21F8">
      <w:pPr>
        <w:keepNext/>
        <w:keepLines/>
        <w:spacing w:before="200" w:after="0"/>
        <w:outlineLvl w:val="2"/>
        <w:rPr>
          <w:rFonts w:ascii="Calibri" w:eastAsia="MS Gothic" w:hAnsi="Calibri" w:cs="Times New Roman"/>
          <w:b/>
          <w:bCs/>
          <w:color w:val="4F81BD" w:themeColor="accent1"/>
          <w:lang w:val="it-IT"/>
        </w:rPr>
      </w:pPr>
      <w:r w:rsidRPr="001C21F8">
        <w:rPr>
          <w:rFonts w:ascii="Calibri" w:eastAsia="MS Gothic" w:hAnsi="Calibri" w:cs="Times New Roman"/>
          <w:b/>
          <w:bCs/>
          <w:color w:val="4F81BD" w:themeColor="accent1"/>
          <w:lang w:val="it-IT"/>
        </w:rPr>
        <w:t>19.00 – 21.00 – NASTRO ROSA INCONTRA GLI EQUIPAGGI</w:t>
      </w:r>
    </w:p>
    <w:p w14:paraId="5C774525" w14:textId="77777777" w:rsidR="001C21F8" w:rsidRPr="001C21F8" w:rsidRDefault="001C21F8" w:rsidP="001C21F8">
      <w:pPr>
        <w:rPr>
          <w:rFonts w:ascii="Cambria" w:eastAsia="MS Mincho" w:hAnsi="Cambria" w:cs="Times New Roman"/>
          <w:lang w:val="it-IT"/>
        </w:rPr>
      </w:pPr>
      <w:r w:rsidRPr="001C21F8">
        <w:rPr>
          <w:rFonts w:ascii="Cambria" w:eastAsia="MS Mincho" w:hAnsi="Cambria" w:cs="Times New Roman"/>
          <w:lang w:val="it-IT"/>
        </w:rPr>
        <w:t>Un dialogo con gli equipaggi protagonisti del Marina Militare Nastro Rosa Tour, per raccontare esperienze, sfide e valori della vela.</w:t>
      </w:r>
    </w:p>
    <w:p w14:paraId="66A48F61" w14:textId="77777777" w:rsidR="001C21F8" w:rsidRPr="001C21F8" w:rsidRDefault="001C21F8" w:rsidP="001C21F8">
      <w:pPr>
        <w:keepNext/>
        <w:keepLines/>
        <w:spacing w:before="200" w:after="0"/>
        <w:outlineLvl w:val="2"/>
        <w:rPr>
          <w:rFonts w:ascii="Calibri" w:eastAsia="MS Gothic" w:hAnsi="Calibri" w:cs="Times New Roman"/>
          <w:b/>
          <w:bCs/>
          <w:color w:val="4F81BD" w:themeColor="accent1"/>
          <w:lang w:val="it-IT"/>
        </w:rPr>
      </w:pPr>
      <w:r w:rsidRPr="001C21F8">
        <w:rPr>
          <w:rFonts w:ascii="Calibri" w:eastAsia="MS Gothic" w:hAnsi="Calibri" w:cs="Times New Roman"/>
          <w:b/>
          <w:bCs/>
          <w:color w:val="4F81BD" w:themeColor="accent1"/>
          <w:lang w:val="it-IT"/>
        </w:rPr>
        <w:t>20.00 – 21.00 – LE GENERAZIONI DELLO SPORT ELBANO</w:t>
      </w:r>
    </w:p>
    <w:p w14:paraId="61716123" w14:textId="77777777" w:rsidR="00BD0EA1" w:rsidRDefault="001C21F8" w:rsidP="001C21F8">
      <w:pPr>
        <w:rPr>
          <w:rFonts w:ascii="Cambria" w:eastAsia="MS Mincho" w:hAnsi="Cambria" w:cs="Times New Roman"/>
          <w:lang w:val="it-IT"/>
        </w:rPr>
      </w:pPr>
      <w:r w:rsidRPr="001C21F8">
        <w:rPr>
          <w:rFonts w:ascii="Cambria" w:eastAsia="MS Mincho" w:hAnsi="Cambria" w:cs="Times New Roman"/>
          <w:lang w:val="it-IT"/>
        </w:rPr>
        <w:t>Un incontro dedicato agli atleti che hanno contribuito a scrivere la storia dello sport dell'Isola d'Elba.</w:t>
      </w:r>
      <w:r w:rsidRPr="001C21F8">
        <w:rPr>
          <w:rFonts w:ascii="Cambria" w:eastAsia="MS Mincho" w:hAnsi="Cambria" w:cs="Times New Roman"/>
          <w:lang w:val="it-IT"/>
        </w:rPr>
        <w:br/>
      </w:r>
    </w:p>
    <w:p w14:paraId="521D6E81" w14:textId="6E056E9D" w:rsidR="001C21F8" w:rsidRPr="001C21F8" w:rsidRDefault="001C21F8" w:rsidP="001C21F8">
      <w:pPr>
        <w:rPr>
          <w:rFonts w:ascii="Cambria" w:eastAsia="MS Mincho" w:hAnsi="Cambria" w:cs="Times New Roman"/>
          <w:lang w:val="it-IT"/>
        </w:rPr>
      </w:pPr>
      <w:r w:rsidRPr="001C21F8">
        <w:rPr>
          <w:rFonts w:ascii="Cambria" w:eastAsia="MS Mincho" w:hAnsi="Cambria" w:cs="Times New Roman"/>
          <w:lang w:val="it-IT"/>
        </w:rPr>
        <w:lastRenderedPageBreak/>
        <w:br/>
        <w:t>Intervengono:</w:t>
      </w:r>
      <w:r w:rsidRPr="001C21F8">
        <w:rPr>
          <w:rFonts w:ascii="Cambria" w:eastAsia="MS Mincho" w:hAnsi="Cambria" w:cs="Times New Roman"/>
          <w:lang w:val="it-IT"/>
        </w:rPr>
        <w:br/>
        <w:t>• Carlo Gasparri</w:t>
      </w:r>
      <w:r w:rsidRPr="001C21F8">
        <w:rPr>
          <w:rFonts w:ascii="Cambria" w:eastAsia="MS Mincho" w:hAnsi="Cambria" w:cs="Times New Roman"/>
          <w:lang w:val="it-IT"/>
        </w:rPr>
        <w:br/>
        <w:t>• Renzo Mazzarri</w:t>
      </w:r>
      <w:r w:rsidRPr="001C21F8">
        <w:rPr>
          <w:rFonts w:ascii="Cambria" w:eastAsia="MS Mincho" w:hAnsi="Cambria" w:cs="Times New Roman"/>
          <w:lang w:val="it-IT"/>
        </w:rPr>
        <w:br/>
        <w:t>• Malte Reuscher</w:t>
      </w:r>
      <w:r w:rsidRPr="001C21F8">
        <w:rPr>
          <w:rFonts w:ascii="Cambria" w:eastAsia="MS Mincho" w:hAnsi="Cambria" w:cs="Times New Roman"/>
          <w:lang w:val="it-IT"/>
        </w:rPr>
        <w:br/>
        <w:t>• Francesco Costa</w:t>
      </w:r>
      <w:r w:rsidRPr="001C21F8">
        <w:rPr>
          <w:rFonts w:ascii="Cambria" w:eastAsia="MS Mincho" w:hAnsi="Cambria" w:cs="Times New Roman"/>
          <w:lang w:val="it-IT"/>
        </w:rPr>
        <w:br/>
        <w:t>• Nicole Segnini</w:t>
      </w:r>
      <w:r w:rsidRPr="001C21F8">
        <w:rPr>
          <w:rFonts w:ascii="Cambria" w:eastAsia="MS Mincho" w:hAnsi="Cambria" w:cs="Times New Roman"/>
          <w:lang w:val="it-IT"/>
        </w:rPr>
        <w:br/>
        <w:t>• Antonella Colli</w:t>
      </w:r>
      <w:r w:rsidRPr="001C21F8">
        <w:rPr>
          <w:rFonts w:ascii="Cambria" w:eastAsia="MS Mincho" w:hAnsi="Cambria" w:cs="Times New Roman"/>
          <w:lang w:val="it-IT"/>
        </w:rPr>
        <w:br/>
        <w:t>• Franco Ascione</w:t>
      </w:r>
    </w:p>
    <w:p w14:paraId="4E2524C7" w14:textId="77777777" w:rsidR="001C21F8" w:rsidRPr="001C21F8" w:rsidRDefault="001C21F8" w:rsidP="001C21F8">
      <w:pPr>
        <w:keepNext/>
        <w:keepLines/>
        <w:spacing w:before="200" w:after="0"/>
        <w:outlineLvl w:val="2"/>
        <w:rPr>
          <w:rFonts w:ascii="Calibri" w:eastAsia="MS Gothic" w:hAnsi="Calibri" w:cs="Times New Roman"/>
          <w:b/>
          <w:bCs/>
          <w:color w:val="4F81BD" w:themeColor="accent1"/>
          <w:lang w:val="it-IT"/>
        </w:rPr>
      </w:pPr>
      <w:r w:rsidRPr="001C21F8">
        <w:rPr>
          <w:rFonts w:ascii="Calibri" w:eastAsia="MS Gothic" w:hAnsi="Calibri" w:cs="Times New Roman"/>
          <w:b/>
          <w:bCs/>
          <w:color w:val="4F81BD" w:themeColor="accent1"/>
          <w:lang w:val="it-IT"/>
        </w:rPr>
        <w:t>21.00 – CERIMONIA UFFICIALE DI PREMIAZIONE</w:t>
      </w:r>
    </w:p>
    <w:p w14:paraId="0200BEF0" w14:textId="77777777" w:rsidR="001C21F8" w:rsidRPr="001C21F8" w:rsidRDefault="001C21F8" w:rsidP="001C21F8">
      <w:pPr>
        <w:rPr>
          <w:rFonts w:ascii="Cambria" w:eastAsia="MS Mincho" w:hAnsi="Cambria" w:cs="Times New Roman"/>
          <w:lang w:val="it-IT"/>
        </w:rPr>
      </w:pPr>
      <w:r w:rsidRPr="001C21F8">
        <w:rPr>
          <w:rFonts w:ascii="Cambria" w:eastAsia="MS Mincho" w:hAnsi="Cambria" w:cs="Times New Roman"/>
          <w:lang w:val="it-IT"/>
        </w:rPr>
        <w:t>Premiazione degli equipaggi protagonisti della tappa di Portoferraio del Marina Militare Nastro Rosa Tour.</w:t>
      </w:r>
      <w:r w:rsidRPr="001C21F8">
        <w:rPr>
          <w:rFonts w:ascii="Cambria" w:eastAsia="MS Mincho" w:hAnsi="Cambria" w:cs="Times New Roman"/>
          <w:lang w:val="it-IT"/>
        </w:rPr>
        <w:br/>
      </w:r>
      <w:r w:rsidRPr="001C21F8">
        <w:rPr>
          <w:rFonts w:ascii="Cambria" w:eastAsia="MS Mincho" w:hAnsi="Cambria" w:cs="Times New Roman"/>
          <w:lang w:val="it-IT"/>
        </w:rPr>
        <w:br/>
        <w:t>A seguire, esibizione lirica con:</w:t>
      </w:r>
      <w:r w:rsidRPr="001C21F8">
        <w:rPr>
          <w:rFonts w:ascii="Cambria" w:eastAsia="MS Mincho" w:hAnsi="Cambria" w:cs="Times New Roman"/>
          <w:lang w:val="it-IT"/>
        </w:rPr>
        <w:br/>
        <w:t>• Alessandra Puccini</w:t>
      </w:r>
      <w:r w:rsidRPr="001C21F8">
        <w:rPr>
          <w:rFonts w:ascii="Cambria" w:eastAsia="MS Mincho" w:hAnsi="Cambria" w:cs="Times New Roman"/>
          <w:lang w:val="it-IT"/>
        </w:rPr>
        <w:br/>
        <w:t>• Valeria Pirreddu</w:t>
      </w:r>
      <w:r w:rsidRPr="001C21F8">
        <w:rPr>
          <w:rFonts w:ascii="Cambria" w:eastAsia="MS Mincho" w:hAnsi="Cambria" w:cs="Times New Roman"/>
          <w:lang w:val="it-IT"/>
        </w:rPr>
        <w:br/>
        <w:t>• Natalia</w:t>
      </w:r>
      <w:r w:rsidRPr="001C21F8">
        <w:rPr>
          <w:rFonts w:ascii="Cambria" w:eastAsia="MS Mincho" w:hAnsi="Cambria" w:cs="Times New Roman"/>
          <w:lang w:val="it-IT"/>
        </w:rPr>
        <w:br/>
        <w:t>• Oloksandr Sayko</w:t>
      </w:r>
      <w:r w:rsidRPr="001C21F8">
        <w:rPr>
          <w:rFonts w:ascii="Cambria" w:eastAsia="MS Mincho" w:hAnsi="Cambria" w:cs="Times New Roman"/>
          <w:lang w:val="it-IT"/>
        </w:rPr>
        <w:br/>
      </w:r>
      <w:r w:rsidRPr="001C21F8">
        <w:rPr>
          <w:rFonts w:ascii="Cambria" w:eastAsia="MS Mincho" w:hAnsi="Cambria" w:cs="Times New Roman"/>
          <w:lang w:val="it-IT"/>
        </w:rPr>
        <w:br/>
        <w:t>I figuranti napoleonici della Petite Armée accompagneranno gli ospiti verso la Cena di Gala.</w:t>
      </w:r>
    </w:p>
    <w:p w14:paraId="71A9AC17" w14:textId="77777777" w:rsidR="001C21F8" w:rsidRPr="001C21F8" w:rsidRDefault="001C21F8" w:rsidP="001C21F8">
      <w:pPr>
        <w:keepNext/>
        <w:keepLines/>
        <w:spacing w:before="200" w:after="0"/>
        <w:outlineLvl w:val="2"/>
        <w:rPr>
          <w:rFonts w:ascii="Calibri" w:eastAsia="MS Gothic" w:hAnsi="Calibri" w:cs="Times New Roman"/>
          <w:b/>
          <w:bCs/>
          <w:color w:val="4F81BD" w:themeColor="accent1"/>
          <w:lang w:val="it-IT"/>
        </w:rPr>
      </w:pPr>
      <w:r w:rsidRPr="001C21F8">
        <w:rPr>
          <w:rFonts w:ascii="Calibri" w:eastAsia="MS Gothic" w:hAnsi="Calibri" w:cs="Times New Roman"/>
          <w:b/>
          <w:bCs/>
          <w:color w:val="4F81BD" w:themeColor="accent1"/>
          <w:lang w:val="it-IT"/>
        </w:rPr>
        <w:t>A seguire – CENA DI GALA</w:t>
      </w:r>
    </w:p>
    <w:p w14:paraId="153BE353" w14:textId="77777777" w:rsidR="001C21F8" w:rsidRPr="001C21F8" w:rsidRDefault="001C21F8" w:rsidP="001C21F8">
      <w:pPr>
        <w:rPr>
          <w:rFonts w:ascii="Cambria" w:eastAsia="MS Mincho" w:hAnsi="Cambria" w:cs="Times New Roman"/>
        </w:rPr>
      </w:pPr>
      <w:r w:rsidRPr="001C21F8">
        <w:rPr>
          <w:rFonts w:ascii="Cambria" w:eastAsia="MS Mincho" w:hAnsi="Cambria" w:cs="Times New Roman"/>
          <w:lang w:val="it-IT"/>
        </w:rPr>
        <w:t>Viaggio alla scoperta dei sapori e della cultura del mare dell'Isola d'Elba.</w:t>
      </w:r>
      <w:r w:rsidRPr="001C21F8">
        <w:rPr>
          <w:rFonts w:ascii="Cambria" w:eastAsia="MS Mincho" w:hAnsi="Cambria" w:cs="Times New Roman"/>
          <w:lang w:val="it-IT"/>
        </w:rPr>
        <w:br/>
      </w:r>
      <w:r w:rsidRPr="001C21F8">
        <w:rPr>
          <w:rFonts w:ascii="Cambria" w:eastAsia="MS Mincho" w:hAnsi="Cambria" w:cs="Times New Roman"/>
          <w:lang w:val="it-IT"/>
        </w:rPr>
        <w:br/>
        <w:t>Serata conclusiva della tappa di Portoferraio del Marina Militare Nastro Rosa Tour, riservata agli ospiti e agli invitati della manifestazione.</w:t>
      </w:r>
      <w:r w:rsidRPr="001C21F8">
        <w:rPr>
          <w:rFonts w:ascii="Cambria" w:eastAsia="MS Mincho" w:hAnsi="Cambria" w:cs="Times New Roman"/>
          <w:lang w:val="it-IT"/>
        </w:rPr>
        <w:br/>
      </w:r>
      <w:r w:rsidRPr="001C21F8">
        <w:rPr>
          <w:rFonts w:ascii="Cambria" w:eastAsia="MS Mincho" w:hAnsi="Cambria" w:cs="Times New Roman"/>
          <w:lang w:val="it-IT"/>
        </w:rPr>
        <w:br/>
      </w:r>
      <w:proofErr w:type="spellStart"/>
      <w:r w:rsidRPr="001C21F8">
        <w:rPr>
          <w:rFonts w:ascii="Cambria" w:eastAsia="MS Mincho" w:hAnsi="Cambria" w:cs="Times New Roman"/>
        </w:rPr>
        <w:t>Menù</w:t>
      </w:r>
      <w:proofErr w:type="spellEnd"/>
      <w:r w:rsidRPr="001C21F8">
        <w:rPr>
          <w:rFonts w:ascii="Cambria" w:eastAsia="MS Mincho" w:hAnsi="Cambria" w:cs="Times New Roman"/>
        </w:rPr>
        <w:t xml:space="preserve"> </w:t>
      </w:r>
      <w:proofErr w:type="spellStart"/>
      <w:r w:rsidRPr="001C21F8">
        <w:rPr>
          <w:rFonts w:ascii="Cambria" w:eastAsia="MS Mincho" w:hAnsi="Cambria" w:cs="Times New Roman"/>
        </w:rPr>
        <w:t>narrato</w:t>
      </w:r>
      <w:proofErr w:type="spellEnd"/>
      <w:r w:rsidRPr="001C21F8">
        <w:rPr>
          <w:rFonts w:ascii="Cambria" w:eastAsia="MS Mincho" w:hAnsi="Cambria" w:cs="Times New Roman"/>
        </w:rPr>
        <w:t xml:space="preserve"> e </w:t>
      </w:r>
      <w:proofErr w:type="spellStart"/>
      <w:r w:rsidRPr="001C21F8">
        <w:rPr>
          <w:rFonts w:ascii="Cambria" w:eastAsia="MS Mincho" w:hAnsi="Cambria" w:cs="Times New Roman"/>
        </w:rPr>
        <w:t>curato</w:t>
      </w:r>
      <w:proofErr w:type="spellEnd"/>
      <w:r w:rsidRPr="001C21F8">
        <w:rPr>
          <w:rFonts w:ascii="Cambria" w:eastAsia="MS Mincho" w:hAnsi="Cambria" w:cs="Times New Roman"/>
        </w:rPr>
        <w:t xml:space="preserve"> </w:t>
      </w:r>
      <w:proofErr w:type="spellStart"/>
      <w:r w:rsidRPr="001C21F8">
        <w:rPr>
          <w:rFonts w:ascii="Cambria" w:eastAsia="MS Mincho" w:hAnsi="Cambria" w:cs="Times New Roman"/>
        </w:rPr>
        <w:t>dallo</w:t>
      </w:r>
      <w:proofErr w:type="spellEnd"/>
      <w:r w:rsidRPr="001C21F8">
        <w:rPr>
          <w:rFonts w:ascii="Cambria" w:eastAsia="MS Mincho" w:hAnsi="Cambria" w:cs="Times New Roman"/>
        </w:rPr>
        <w:t xml:space="preserve"> Chef Michele Nardi.</w:t>
      </w:r>
    </w:p>
    <w:p w14:paraId="7E8C3D4D" w14:textId="77777777" w:rsidR="001C21F8" w:rsidRPr="001C21F8" w:rsidRDefault="001C21F8" w:rsidP="001C21F8">
      <w:pPr>
        <w:rPr>
          <w:rFonts w:ascii="Cambria" w:eastAsia="MS Mincho" w:hAnsi="Cambria" w:cs="Times New Roman"/>
          <w:lang w:val="it-IT"/>
        </w:rPr>
      </w:pPr>
    </w:p>
    <w:p w14:paraId="16AC27D5" w14:textId="77777777" w:rsidR="001C21F8" w:rsidRDefault="001C21F8" w:rsidP="001C21F8">
      <w:pPr>
        <w:rPr>
          <w:lang w:val="it-IT"/>
        </w:rPr>
      </w:pPr>
    </w:p>
    <w:p w14:paraId="3E1C6E2B" w14:textId="77777777" w:rsidR="001C21F8" w:rsidRPr="001C21F8" w:rsidRDefault="001C21F8" w:rsidP="001C21F8">
      <w:pPr>
        <w:rPr>
          <w:lang w:val="it-IT"/>
        </w:rPr>
      </w:pPr>
    </w:p>
    <w:p w14:paraId="4868E692" w14:textId="77777777" w:rsidR="001C21F8" w:rsidRPr="001C21F8" w:rsidRDefault="001C21F8">
      <w:pPr>
        <w:rPr>
          <w:lang w:val="it-IT"/>
        </w:rPr>
      </w:pPr>
    </w:p>
    <w:sectPr w:rsidR="001C21F8" w:rsidRPr="001C21F8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0A9ABF" w14:textId="77777777" w:rsidR="00AE5BB9" w:rsidRDefault="00AE5BB9" w:rsidP="00BD0EA1">
      <w:pPr>
        <w:spacing w:after="0" w:line="240" w:lineRule="auto"/>
      </w:pPr>
      <w:r>
        <w:separator/>
      </w:r>
    </w:p>
  </w:endnote>
  <w:endnote w:type="continuationSeparator" w:id="0">
    <w:p w14:paraId="24F0DAF6" w14:textId="77777777" w:rsidR="00AE5BB9" w:rsidRDefault="00AE5BB9" w:rsidP="00BD0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93B953" w14:textId="77777777" w:rsidR="00AE5BB9" w:rsidRDefault="00AE5BB9" w:rsidP="00BD0EA1">
      <w:pPr>
        <w:spacing w:after="0" w:line="240" w:lineRule="auto"/>
      </w:pPr>
      <w:r>
        <w:separator/>
      </w:r>
    </w:p>
  </w:footnote>
  <w:footnote w:type="continuationSeparator" w:id="0">
    <w:p w14:paraId="6FF82867" w14:textId="77777777" w:rsidR="00AE5BB9" w:rsidRDefault="00AE5BB9" w:rsidP="00BD0E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85863" w14:textId="76334983" w:rsidR="00BD0EA1" w:rsidRPr="00BD0EA1" w:rsidRDefault="00BD0EA1" w:rsidP="00BD0EA1">
    <w:pPr>
      <w:pStyle w:val="Intestazione"/>
      <w:jc w:val="center"/>
    </w:pPr>
    <w:r w:rsidRPr="00BD0EA1">
      <w:drawing>
        <wp:inline distT="0" distB="0" distL="0" distR="0" wp14:anchorId="28981C4E" wp14:editId="29F98F70">
          <wp:extent cx="4960620" cy="1339482"/>
          <wp:effectExtent l="0" t="0" r="0" b="0"/>
          <wp:docPr id="204951167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951167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969002" cy="13417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7375148">
    <w:abstractNumId w:val="8"/>
  </w:num>
  <w:num w:numId="2" w16cid:durableId="1650012965">
    <w:abstractNumId w:val="6"/>
  </w:num>
  <w:num w:numId="3" w16cid:durableId="1363899375">
    <w:abstractNumId w:val="5"/>
  </w:num>
  <w:num w:numId="4" w16cid:durableId="219022327">
    <w:abstractNumId w:val="4"/>
  </w:num>
  <w:num w:numId="5" w16cid:durableId="273445740">
    <w:abstractNumId w:val="7"/>
  </w:num>
  <w:num w:numId="6" w16cid:durableId="2060938628">
    <w:abstractNumId w:val="3"/>
  </w:num>
  <w:num w:numId="7" w16cid:durableId="601306579">
    <w:abstractNumId w:val="2"/>
  </w:num>
  <w:num w:numId="8" w16cid:durableId="1657491729">
    <w:abstractNumId w:val="1"/>
  </w:num>
  <w:num w:numId="9" w16cid:durableId="1672488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0318D"/>
    <w:rsid w:val="0015074B"/>
    <w:rsid w:val="001C21F8"/>
    <w:rsid w:val="0029639D"/>
    <w:rsid w:val="00326F90"/>
    <w:rsid w:val="006D5428"/>
    <w:rsid w:val="00AA1D8D"/>
    <w:rsid w:val="00AE5BB9"/>
    <w:rsid w:val="00B47730"/>
    <w:rsid w:val="00BD0EA1"/>
    <w:rsid w:val="00CB0664"/>
    <w:rsid w:val="00CC647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C621C8"/>
  <w14:defaultImageDpi w14:val="300"/>
  <w15:docId w15:val="{A1FE2D6E-799D-4D84-AC9D-4588A644D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972</Words>
  <Characters>5546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6505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DAG5</cp:lastModifiedBy>
  <cp:revision>3</cp:revision>
  <dcterms:created xsi:type="dcterms:W3CDTF">2013-12-23T23:15:00Z</dcterms:created>
  <dcterms:modified xsi:type="dcterms:W3CDTF">2026-07-02T10:16:00Z</dcterms:modified>
  <cp:category/>
</cp:coreProperties>
</file>